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36A819" w14:textId="77777777" w:rsidR="0010480D" w:rsidRDefault="00000000">
      <w:pPr>
        <w:jc w:val="center"/>
      </w:pPr>
      <w:r>
        <w:rPr>
          <w:b/>
          <w:sz w:val="28"/>
        </w:rPr>
        <w:t>PARENT / LEGAL GUARDIAN CONSENT</w:t>
      </w:r>
      <w:r>
        <w:rPr>
          <w:b/>
          <w:sz w:val="28"/>
        </w:rPr>
        <w:br/>
        <w:t>FOR LABORATORY SERVICES ON A MINOR</w:t>
      </w:r>
    </w:p>
    <w:p w14:paraId="37DBA21F" w14:textId="77777777" w:rsidR="0010480D" w:rsidRDefault="00000000">
      <w:pPr>
        <w:jc w:val="center"/>
      </w:pPr>
      <w:r>
        <w:rPr>
          <w:i/>
        </w:rPr>
        <w:t>Lab Services of Georgia, LLC d/b/a Pillars DX</w:t>
      </w:r>
    </w:p>
    <w:tbl>
      <w:tblPr>
        <w:tblW w:w="0" w:type="auto"/>
        <w:jc w:val="center"/>
        <w:tblLayout w:type="fixed"/>
        <w:tblLook w:val="04A0" w:firstRow="1" w:lastRow="0" w:firstColumn="1" w:lastColumn="0" w:noHBand="0" w:noVBand="1"/>
      </w:tblPr>
      <w:tblGrid>
        <w:gridCol w:w="9936"/>
      </w:tblGrid>
      <w:tr w:rsidR="0010480D" w14:paraId="678EC06B" w14:textId="77777777">
        <w:trPr>
          <w:jc w:val="center"/>
        </w:trPr>
        <w:tc>
          <w:tcPr>
            <w:tcW w:w="9936" w:type="dxa"/>
            <w:shd w:val="clear" w:color="auto" w:fill="F4F7FA"/>
            <w:tcMar>
              <w:top w:w="100" w:type="dxa"/>
              <w:left w:w="130" w:type="dxa"/>
              <w:bottom w:w="100" w:type="dxa"/>
              <w:right w:w="130" w:type="dxa"/>
            </w:tcMar>
          </w:tcPr>
          <w:p w14:paraId="7FE74D55" w14:textId="77777777" w:rsidR="0010480D" w:rsidRDefault="00000000">
            <w:pPr>
              <w:spacing w:after="0"/>
            </w:pPr>
            <w:r>
              <w:rPr>
                <w:sz w:val="18"/>
              </w:rPr>
              <w:t>Use for patients under age 18 when consent is provided by a parent or legal guardian. This form authorizes specimen collection, laboratory testing, related operational handling of specimens, and release of results as described below.</w:t>
            </w:r>
          </w:p>
        </w:tc>
      </w:tr>
    </w:tbl>
    <w:p w14:paraId="6A78C387" w14:textId="77777777" w:rsidR="0010480D" w:rsidRDefault="0010480D"/>
    <w:tbl>
      <w:tblPr>
        <w:tblW w:w="0" w:type="auto"/>
        <w:jc w:val="center"/>
        <w:tblLayout w:type="fixed"/>
        <w:tblLook w:val="04A0" w:firstRow="1" w:lastRow="0" w:firstColumn="1" w:lastColumn="0" w:noHBand="0" w:noVBand="1"/>
      </w:tblPr>
      <w:tblGrid>
        <w:gridCol w:w="10224"/>
      </w:tblGrid>
      <w:tr w:rsidR="0010480D" w14:paraId="1EEFD7E3" w14:textId="77777777">
        <w:trPr>
          <w:jc w:val="center"/>
        </w:trPr>
        <w:tc>
          <w:tcPr>
            <w:tcW w:w="10224" w:type="dxa"/>
            <w:shd w:val="clear" w:color="auto" w:fill="D9EAF7"/>
            <w:tcMar>
              <w:top w:w="80" w:type="dxa"/>
              <w:left w:w="120" w:type="dxa"/>
              <w:bottom w:w="80" w:type="dxa"/>
              <w:right w:w="120" w:type="dxa"/>
            </w:tcMar>
          </w:tcPr>
          <w:p w14:paraId="35F1F925" w14:textId="77777777" w:rsidR="0010480D" w:rsidRDefault="00000000">
            <w:pPr>
              <w:spacing w:after="0"/>
            </w:pPr>
            <w:r>
              <w:rPr>
                <w:b/>
                <w:sz w:val="20"/>
              </w:rPr>
              <w:t>1. Minor Patient Information</w:t>
            </w:r>
          </w:p>
        </w:tc>
      </w:tr>
      <w:tr w:rsidR="0010480D" w14:paraId="2F38DAE8" w14:textId="77777777">
        <w:trPr>
          <w:jc w:val="center"/>
        </w:trPr>
        <w:tc>
          <w:tcPr>
            <w:tcW w:w="9648" w:type="dxa"/>
            <w:tcMar>
              <w:top w:w="80" w:type="dxa"/>
              <w:left w:w="120" w:type="dxa"/>
              <w:bottom w:w="80" w:type="dxa"/>
              <w:right w:w="120" w:type="dxa"/>
            </w:tcMar>
            <w:vAlign w:val="center"/>
          </w:tcPr>
          <w:p w14:paraId="7239D1F7" w14:textId="77777777" w:rsidR="0010480D" w:rsidRDefault="00000000">
            <w:pPr>
              <w:spacing w:after="0"/>
            </w:pPr>
            <w:r>
              <w:t>Minor Patient Name: ___________________________________________</w:t>
            </w:r>
          </w:p>
        </w:tc>
      </w:tr>
      <w:tr w:rsidR="0010480D" w14:paraId="3BE06F8B" w14:textId="77777777">
        <w:trPr>
          <w:jc w:val="center"/>
        </w:trPr>
        <w:tc>
          <w:tcPr>
            <w:tcW w:w="9648" w:type="dxa"/>
            <w:tcMar>
              <w:top w:w="80" w:type="dxa"/>
              <w:left w:w="120" w:type="dxa"/>
              <w:bottom w:w="80" w:type="dxa"/>
              <w:right w:w="120" w:type="dxa"/>
            </w:tcMar>
            <w:vAlign w:val="center"/>
          </w:tcPr>
          <w:p w14:paraId="3332B898" w14:textId="77777777" w:rsidR="0010480D" w:rsidRDefault="00000000">
            <w:pPr>
              <w:spacing w:after="0"/>
            </w:pPr>
            <w:r>
              <w:t>Date of Birth: __________________   Age: __________   MRN/Patient ID: __________________</w:t>
            </w:r>
          </w:p>
        </w:tc>
      </w:tr>
      <w:tr w:rsidR="0010480D" w14:paraId="7AB62489" w14:textId="77777777">
        <w:trPr>
          <w:jc w:val="center"/>
        </w:trPr>
        <w:tc>
          <w:tcPr>
            <w:tcW w:w="9648" w:type="dxa"/>
            <w:tcMar>
              <w:top w:w="80" w:type="dxa"/>
              <w:left w:w="120" w:type="dxa"/>
              <w:bottom w:w="80" w:type="dxa"/>
              <w:right w:w="120" w:type="dxa"/>
            </w:tcMar>
            <w:vAlign w:val="center"/>
          </w:tcPr>
          <w:p w14:paraId="2C23F68C" w14:textId="77777777" w:rsidR="0010480D" w:rsidRDefault="00000000">
            <w:pPr>
              <w:spacing w:after="0"/>
            </w:pPr>
            <w:r>
              <w:t>Ordering Provider / Clinic: _______________________________________________</w:t>
            </w:r>
          </w:p>
        </w:tc>
      </w:tr>
      <w:tr w:rsidR="0010480D" w14:paraId="1AE15529" w14:textId="77777777">
        <w:trPr>
          <w:jc w:val="center"/>
        </w:trPr>
        <w:tc>
          <w:tcPr>
            <w:tcW w:w="10224" w:type="dxa"/>
            <w:shd w:val="clear" w:color="auto" w:fill="D9EAF7"/>
            <w:tcMar>
              <w:top w:w="80" w:type="dxa"/>
              <w:left w:w="120" w:type="dxa"/>
              <w:bottom w:w="80" w:type="dxa"/>
              <w:right w:w="120" w:type="dxa"/>
            </w:tcMar>
          </w:tcPr>
          <w:p w14:paraId="38A48724" w14:textId="77777777" w:rsidR="0010480D" w:rsidRDefault="00000000">
            <w:pPr>
              <w:spacing w:after="0"/>
            </w:pPr>
            <w:r>
              <w:rPr>
                <w:b/>
                <w:sz w:val="20"/>
              </w:rPr>
              <w:t>2. Parent / Legal Guardian Information</w:t>
            </w:r>
          </w:p>
        </w:tc>
      </w:tr>
      <w:tr w:rsidR="0010480D" w14:paraId="1EE120FD" w14:textId="77777777">
        <w:trPr>
          <w:jc w:val="center"/>
        </w:trPr>
        <w:tc>
          <w:tcPr>
            <w:tcW w:w="9648" w:type="dxa"/>
            <w:tcMar>
              <w:top w:w="80" w:type="dxa"/>
              <w:left w:w="120" w:type="dxa"/>
              <w:bottom w:w="80" w:type="dxa"/>
              <w:right w:w="120" w:type="dxa"/>
            </w:tcMar>
            <w:vAlign w:val="center"/>
          </w:tcPr>
          <w:p w14:paraId="518CBAA5" w14:textId="77777777" w:rsidR="0010480D" w:rsidRDefault="00000000">
            <w:pPr>
              <w:spacing w:after="0"/>
            </w:pPr>
            <w:r>
              <w:t>Name: _________________________________________________________________</w:t>
            </w:r>
          </w:p>
        </w:tc>
      </w:tr>
      <w:tr w:rsidR="0010480D" w14:paraId="541D65E7" w14:textId="77777777">
        <w:trPr>
          <w:jc w:val="center"/>
        </w:trPr>
        <w:tc>
          <w:tcPr>
            <w:tcW w:w="9648" w:type="dxa"/>
            <w:tcMar>
              <w:top w:w="80" w:type="dxa"/>
              <w:left w:w="120" w:type="dxa"/>
              <w:bottom w:w="80" w:type="dxa"/>
              <w:right w:w="120" w:type="dxa"/>
            </w:tcMar>
            <w:vAlign w:val="center"/>
          </w:tcPr>
          <w:p w14:paraId="3DBB439B" w14:textId="77777777" w:rsidR="0010480D" w:rsidRDefault="00000000">
            <w:pPr>
              <w:spacing w:after="0"/>
            </w:pPr>
            <w:r>
              <w:t>Relationship to Minor: __________________   Phone: __________________________</w:t>
            </w:r>
          </w:p>
        </w:tc>
      </w:tr>
      <w:tr w:rsidR="0010480D" w14:paraId="2121C75E" w14:textId="77777777">
        <w:trPr>
          <w:jc w:val="center"/>
        </w:trPr>
        <w:tc>
          <w:tcPr>
            <w:tcW w:w="9648" w:type="dxa"/>
            <w:tcMar>
              <w:top w:w="80" w:type="dxa"/>
              <w:left w:w="120" w:type="dxa"/>
              <w:bottom w:w="80" w:type="dxa"/>
              <w:right w:w="120" w:type="dxa"/>
            </w:tcMar>
            <w:vAlign w:val="center"/>
          </w:tcPr>
          <w:p w14:paraId="06DB2B88" w14:textId="77777777" w:rsidR="0010480D" w:rsidRDefault="00000000">
            <w:pPr>
              <w:spacing w:after="0"/>
            </w:pPr>
            <w:r>
              <w:t>Email: __________________________________   Address: ________________________</w:t>
            </w:r>
          </w:p>
        </w:tc>
      </w:tr>
    </w:tbl>
    <w:p w14:paraId="27EA1527" w14:textId="77777777" w:rsidR="0010480D" w:rsidRDefault="0010480D"/>
    <w:p w14:paraId="5A3A2EE4" w14:textId="77777777" w:rsidR="0010480D" w:rsidRDefault="00000000">
      <w:r>
        <w:rPr>
          <w:b/>
          <w:sz w:val="22"/>
        </w:rPr>
        <w:t>3. Type of Testing Authorized</w:t>
      </w:r>
    </w:p>
    <w:p w14:paraId="0525C3BD" w14:textId="77777777" w:rsidR="0010480D" w:rsidRDefault="00000000">
      <w:pPr>
        <w:spacing w:after="40"/>
      </w:pPr>
      <w:r>
        <w:rPr>
          <w:b/>
        </w:rPr>
        <w:t xml:space="preserve">☐ </w:t>
      </w:r>
      <w:r>
        <w:t>Routine clinical laboratory testing ordered by the provider</w:t>
      </w:r>
    </w:p>
    <w:p w14:paraId="14D2D426" w14:textId="77777777" w:rsidR="0010480D" w:rsidRDefault="00000000">
      <w:pPr>
        <w:spacing w:after="40"/>
      </w:pPr>
      <w:r>
        <w:rPr>
          <w:b/>
        </w:rPr>
        <w:t xml:space="preserve">☐ </w:t>
      </w:r>
      <w:r>
        <w:t>Toxicology / drug screening</w:t>
      </w:r>
    </w:p>
    <w:p w14:paraId="772168E7" w14:textId="77777777" w:rsidR="0010480D" w:rsidRDefault="00000000">
      <w:pPr>
        <w:spacing w:after="40"/>
      </w:pPr>
      <w:r>
        <w:rPr>
          <w:b/>
        </w:rPr>
        <w:t xml:space="preserve">☐ </w:t>
      </w:r>
      <w:r>
        <w:t>Infectious disease testing</w:t>
      </w:r>
    </w:p>
    <w:p w14:paraId="57C26179" w14:textId="77777777" w:rsidR="0010480D" w:rsidRDefault="00000000">
      <w:pPr>
        <w:spacing w:after="40"/>
      </w:pPr>
      <w:r>
        <w:rPr>
          <w:b/>
        </w:rPr>
        <w:t xml:space="preserve">☐ </w:t>
      </w:r>
      <w:r>
        <w:t>Genetic / pharmacogenomic testing, if specifically ordered</w:t>
      </w:r>
    </w:p>
    <w:p w14:paraId="57224D07" w14:textId="77777777" w:rsidR="0010480D" w:rsidRDefault="00000000">
      <w:pPr>
        <w:spacing w:after="40"/>
      </w:pPr>
      <w:r>
        <w:rPr>
          <w:b/>
        </w:rPr>
        <w:t xml:space="preserve">☐ </w:t>
      </w:r>
      <w:r>
        <w:t>Confirmatory or reflex testing related to the ordered test(s), when medically or operationally appropriate</w:t>
      </w:r>
    </w:p>
    <w:p w14:paraId="59F1D8DD" w14:textId="77777777" w:rsidR="0010480D" w:rsidRDefault="0010480D"/>
    <w:p w14:paraId="2E196F87" w14:textId="77777777" w:rsidR="0010480D" w:rsidRDefault="00000000">
      <w:r>
        <w:rPr>
          <w:b/>
          <w:sz w:val="22"/>
        </w:rPr>
        <w:t>4. Consent and Acknowledgments</w:t>
      </w:r>
    </w:p>
    <w:p w14:paraId="20D84E55" w14:textId="77777777" w:rsidR="0010480D" w:rsidRDefault="00000000">
      <w:pPr>
        <w:spacing w:after="80"/>
        <w:ind w:left="259" w:hanging="259"/>
      </w:pPr>
      <w:r>
        <w:rPr>
          <w:b/>
        </w:rPr>
        <w:t xml:space="preserve">• </w:t>
      </w:r>
      <w:r>
        <w:rPr>
          <w:sz w:val="18"/>
        </w:rPr>
        <w:t>I certify that I am the parent or legal guardian of the minor identified above, that I have legal authority to consent to the services described in this form, and that to the best of my knowledge there is no court order, custody restriction, or other limitation that prevents me from providing this consent.</w:t>
      </w:r>
    </w:p>
    <w:p w14:paraId="2541E6E0" w14:textId="77777777" w:rsidR="0010480D" w:rsidRDefault="00000000">
      <w:pPr>
        <w:spacing w:after="80"/>
        <w:ind w:left="259" w:hanging="259"/>
      </w:pPr>
      <w:r>
        <w:rPr>
          <w:b/>
        </w:rPr>
        <w:t xml:space="preserve">• </w:t>
      </w:r>
      <w:r>
        <w:rPr>
          <w:sz w:val="18"/>
        </w:rPr>
        <w:t>I authorize Lab Services of Georgia, LLC d/b/a Pillars DX, its employees, contractors, collection personnel, and affiliated service providers acting on its behalf to collect blood, urine, saliva/oral fluid, and/or other medically appropriate specimens from the minor and to perform the laboratory testing ordered by the minor’s treating provider.</w:t>
      </w:r>
    </w:p>
    <w:p w14:paraId="6C42EA9A" w14:textId="77777777" w:rsidR="0010480D" w:rsidRDefault="00000000">
      <w:pPr>
        <w:spacing w:after="80"/>
        <w:ind w:left="259" w:hanging="259"/>
      </w:pPr>
      <w:r>
        <w:rPr>
          <w:b/>
        </w:rPr>
        <w:t xml:space="preserve">• </w:t>
      </w:r>
      <w:r>
        <w:rPr>
          <w:sz w:val="18"/>
        </w:rPr>
        <w:t>I understand that specimen collection may cause temporary discomfort, bruising, bleeding, dizziness, fainting, or, in rare cases, infection or other collection-related complications.</w:t>
      </w:r>
    </w:p>
    <w:p w14:paraId="5E2EFDDF" w14:textId="77777777" w:rsidR="0010480D" w:rsidRDefault="00000000">
      <w:pPr>
        <w:spacing w:after="80"/>
        <w:ind w:left="259" w:hanging="259"/>
      </w:pPr>
      <w:r>
        <w:rPr>
          <w:b/>
        </w:rPr>
        <w:t xml:space="preserve">• </w:t>
      </w:r>
      <w:r>
        <w:rPr>
          <w:sz w:val="18"/>
        </w:rPr>
        <w:t>I authorize Pillars DX to use and disclose the minor’s protected health information as reasonably necessary for treatment, payment, laboratory operations, quality assurance, compliance, accreditation, and other activities permitted by applicable law. This may include disclosure to the ordering provider, treating providers, payers, billing vendors, electronic health record or laboratory information system vendors, and governmental or public health authorities when required or permitted by law.</w:t>
      </w:r>
    </w:p>
    <w:p w14:paraId="4BCE2B74" w14:textId="77777777" w:rsidR="0010480D" w:rsidRDefault="00000000">
      <w:pPr>
        <w:spacing w:after="80"/>
        <w:ind w:left="259" w:hanging="259"/>
      </w:pPr>
      <w:r>
        <w:rPr>
          <w:b/>
        </w:rPr>
        <w:t xml:space="preserve">• </w:t>
      </w:r>
      <w:r>
        <w:rPr>
          <w:sz w:val="18"/>
        </w:rPr>
        <w:t>I understand that this consent form is not intended to authorize uses or disclosures that require a separate HIPAA authorization under applicable law, such as most non-treatment third-party disclosures, marketing uses, or research uses involving identifiable information unless separately authorized.</w:t>
      </w:r>
    </w:p>
    <w:p w14:paraId="3F65DA02" w14:textId="77777777" w:rsidR="0010480D" w:rsidRDefault="00000000">
      <w:pPr>
        <w:spacing w:after="80"/>
        <w:ind w:left="259" w:hanging="259"/>
      </w:pPr>
      <w:r>
        <w:rPr>
          <w:b/>
        </w:rPr>
        <w:t xml:space="preserve">• </w:t>
      </w:r>
      <w:r>
        <w:rPr>
          <w:sz w:val="18"/>
        </w:rPr>
        <w:t xml:space="preserve">I authorize Pillars DX to retain, store, transport, re-run, retest, validate, or otherwise handle the specimen and related data as reasonably necessary to complete the ordered testing, perform confirmatory or quality-control procedures, satisfy legal or </w:t>
      </w:r>
      <w:r>
        <w:rPr>
          <w:sz w:val="18"/>
        </w:rPr>
        <w:lastRenderedPageBreak/>
        <w:t>regulatory requirements, respond to audits, or maintain required records. Any secondary use for research involving identifiable information will require separate authorization unless otherwise permitted by law.</w:t>
      </w:r>
    </w:p>
    <w:p w14:paraId="41694289" w14:textId="77777777" w:rsidR="0010480D" w:rsidRDefault="00000000">
      <w:pPr>
        <w:spacing w:after="80"/>
        <w:ind w:left="259" w:hanging="259"/>
      </w:pPr>
      <w:r>
        <w:rPr>
          <w:b/>
        </w:rPr>
        <w:t xml:space="preserve">• </w:t>
      </w:r>
      <w:r>
        <w:rPr>
          <w:sz w:val="18"/>
        </w:rPr>
        <w:t>I understand that laboratory results may become part of the minor’s medical record and may be released to persons or entities involved in treatment, payment, or health care operations as permitted by law.</w:t>
      </w:r>
    </w:p>
    <w:p w14:paraId="7E2A6A5E" w14:textId="77777777" w:rsidR="0010480D" w:rsidRDefault="00000000">
      <w:pPr>
        <w:spacing w:after="80"/>
        <w:ind w:left="259" w:hanging="259"/>
      </w:pPr>
      <w:r>
        <w:rPr>
          <w:b/>
        </w:rPr>
        <w:t xml:space="preserve">• </w:t>
      </w:r>
      <w:r>
        <w:rPr>
          <w:sz w:val="18"/>
        </w:rPr>
        <w:t>I understand that I may revoke this consent in writing at any time before specimen collection. Once a specimen has been collected, this consent will remain effective as necessary to complete testing already initiated, report results, bill for services rendered, and meet legal, regulatory, safety, quality, and record-retention obligations.</w:t>
      </w:r>
    </w:p>
    <w:p w14:paraId="3C3F87DE" w14:textId="77777777" w:rsidR="0010480D" w:rsidRDefault="00000000">
      <w:pPr>
        <w:spacing w:after="80"/>
        <w:ind w:left="259" w:hanging="259"/>
      </w:pPr>
      <w:r>
        <w:rPr>
          <w:b/>
        </w:rPr>
        <w:t xml:space="preserve">• </w:t>
      </w:r>
      <w:r>
        <w:rPr>
          <w:sz w:val="18"/>
        </w:rPr>
        <w:t>I understand that if no parent or guardian is physically present at the time of collection, Pillars DX or the ordering provider may rely on verbal or electronic consent from an individual reasonably believed to have authority to consent, subject to applicable law and internal procedures, and may document that consent in the record.</w:t>
      </w:r>
    </w:p>
    <w:p w14:paraId="6C4C22E4" w14:textId="77777777" w:rsidR="0010480D" w:rsidRDefault="00000000">
      <w:pPr>
        <w:spacing w:after="80"/>
        <w:ind w:left="259" w:hanging="259"/>
      </w:pPr>
      <w:r>
        <w:rPr>
          <w:b/>
        </w:rPr>
        <w:t xml:space="preserve">• </w:t>
      </w:r>
      <w:r>
        <w:rPr>
          <w:sz w:val="18"/>
        </w:rPr>
        <w:t>I understand that this form does not determine insurance coverage or guarantee payment, and any separate financial responsibility form or provider financial policy will control billing obligations.</w:t>
      </w:r>
    </w:p>
    <w:p w14:paraId="3FE37D77" w14:textId="77777777" w:rsidR="0010480D" w:rsidRDefault="0010480D"/>
    <w:p w14:paraId="155102CB" w14:textId="77777777" w:rsidR="0010480D" w:rsidRDefault="00000000">
      <w:r>
        <w:rPr>
          <w:b/>
          <w:sz w:val="22"/>
        </w:rPr>
        <w:t>5. Minor Assent (Recommended for ages 12–17, when appropriate)</w:t>
      </w:r>
    </w:p>
    <w:p w14:paraId="5FE4E0F0" w14:textId="77777777" w:rsidR="0010480D" w:rsidRDefault="00000000">
      <w:pPr>
        <w:spacing w:after="40"/>
      </w:pPr>
      <w:r>
        <w:t>I have been told, in a way I can understand, that specimens may be collected and tested for my care.</w:t>
      </w:r>
    </w:p>
    <w:p w14:paraId="6A96440E" w14:textId="77777777" w:rsidR="0010480D" w:rsidRDefault="00000000">
      <w:pPr>
        <w:spacing w:after="40"/>
      </w:pPr>
      <w:r>
        <w:t>Minor Signature (optional): _________________________________   Date: __________________</w:t>
      </w:r>
    </w:p>
    <w:p w14:paraId="21BDCA5E" w14:textId="77777777" w:rsidR="0010480D" w:rsidRDefault="0010480D"/>
    <w:p w14:paraId="0909469A" w14:textId="77777777" w:rsidR="0010480D" w:rsidRDefault="00000000">
      <w:r>
        <w:rPr>
          <w:b/>
          <w:sz w:val="22"/>
        </w:rPr>
        <w:t>6. Signatures</w:t>
      </w:r>
    </w:p>
    <w:tbl>
      <w:tblPr>
        <w:tblW w:w="0" w:type="auto"/>
        <w:jc w:val="center"/>
        <w:tblLayout w:type="fixed"/>
        <w:tblLook w:val="04A0" w:firstRow="1" w:lastRow="0" w:firstColumn="1" w:lastColumn="0" w:noHBand="0" w:noVBand="1"/>
      </w:tblPr>
      <w:tblGrid>
        <w:gridCol w:w="4824"/>
        <w:gridCol w:w="4824"/>
      </w:tblGrid>
      <w:tr w:rsidR="0010480D" w14:paraId="45A0DEB9" w14:textId="77777777">
        <w:trPr>
          <w:jc w:val="center"/>
        </w:trPr>
        <w:tc>
          <w:tcPr>
            <w:tcW w:w="4824" w:type="dxa"/>
            <w:tcMar>
              <w:top w:w="100" w:type="dxa"/>
              <w:left w:w="120" w:type="dxa"/>
              <w:bottom w:w="100" w:type="dxa"/>
              <w:right w:w="120" w:type="dxa"/>
            </w:tcMar>
            <w:vAlign w:val="center"/>
          </w:tcPr>
          <w:p w14:paraId="43E63C3D" w14:textId="77777777" w:rsidR="0010480D" w:rsidRDefault="00000000">
            <w:r>
              <w:rPr>
                <w:sz w:val="18"/>
              </w:rPr>
              <w:t>Parent / Legal Guardian Signature</w:t>
            </w:r>
            <w:r>
              <w:rPr>
                <w:sz w:val="18"/>
              </w:rPr>
              <w:br/>
            </w:r>
            <w:r>
              <w:rPr>
                <w:sz w:val="18"/>
              </w:rPr>
              <w:br/>
              <w:t>________________________________________</w:t>
            </w:r>
          </w:p>
        </w:tc>
        <w:tc>
          <w:tcPr>
            <w:tcW w:w="4824" w:type="dxa"/>
            <w:tcMar>
              <w:top w:w="100" w:type="dxa"/>
              <w:left w:w="120" w:type="dxa"/>
              <w:bottom w:w="100" w:type="dxa"/>
              <w:right w:w="120" w:type="dxa"/>
            </w:tcMar>
            <w:vAlign w:val="center"/>
          </w:tcPr>
          <w:p w14:paraId="72A1D623" w14:textId="77777777" w:rsidR="0010480D" w:rsidRDefault="00000000">
            <w:r>
              <w:rPr>
                <w:sz w:val="18"/>
              </w:rPr>
              <w:t>Date</w:t>
            </w:r>
            <w:r>
              <w:rPr>
                <w:sz w:val="18"/>
              </w:rPr>
              <w:br/>
            </w:r>
            <w:r>
              <w:rPr>
                <w:sz w:val="18"/>
              </w:rPr>
              <w:br/>
              <w:t>________________________________________</w:t>
            </w:r>
          </w:p>
        </w:tc>
      </w:tr>
      <w:tr w:rsidR="0010480D" w14:paraId="4078827A" w14:textId="77777777">
        <w:trPr>
          <w:jc w:val="center"/>
        </w:trPr>
        <w:tc>
          <w:tcPr>
            <w:tcW w:w="4824" w:type="dxa"/>
            <w:tcMar>
              <w:top w:w="100" w:type="dxa"/>
              <w:left w:w="120" w:type="dxa"/>
              <w:bottom w:w="100" w:type="dxa"/>
              <w:right w:w="120" w:type="dxa"/>
            </w:tcMar>
            <w:vAlign w:val="center"/>
          </w:tcPr>
          <w:p w14:paraId="478D2929" w14:textId="77777777" w:rsidR="0010480D" w:rsidRDefault="00000000">
            <w:r>
              <w:rPr>
                <w:sz w:val="18"/>
              </w:rPr>
              <w:t>Printed Name</w:t>
            </w:r>
            <w:r>
              <w:rPr>
                <w:sz w:val="18"/>
              </w:rPr>
              <w:br/>
            </w:r>
            <w:r>
              <w:rPr>
                <w:sz w:val="18"/>
              </w:rPr>
              <w:br/>
              <w:t>________________________________________</w:t>
            </w:r>
          </w:p>
        </w:tc>
        <w:tc>
          <w:tcPr>
            <w:tcW w:w="4824" w:type="dxa"/>
            <w:tcMar>
              <w:top w:w="100" w:type="dxa"/>
              <w:left w:w="120" w:type="dxa"/>
              <w:bottom w:w="100" w:type="dxa"/>
              <w:right w:w="120" w:type="dxa"/>
            </w:tcMar>
            <w:vAlign w:val="center"/>
          </w:tcPr>
          <w:p w14:paraId="0D70EE74" w14:textId="77777777" w:rsidR="0010480D" w:rsidRDefault="00000000">
            <w:r>
              <w:rPr>
                <w:sz w:val="18"/>
              </w:rPr>
              <w:t>Relationship to Minor</w:t>
            </w:r>
            <w:r>
              <w:rPr>
                <w:sz w:val="18"/>
              </w:rPr>
              <w:br/>
            </w:r>
            <w:r>
              <w:rPr>
                <w:sz w:val="18"/>
              </w:rPr>
              <w:br/>
              <w:t>________________________________________</w:t>
            </w:r>
          </w:p>
        </w:tc>
      </w:tr>
      <w:tr w:rsidR="0010480D" w14:paraId="2E772CF3" w14:textId="77777777">
        <w:trPr>
          <w:jc w:val="center"/>
        </w:trPr>
        <w:tc>
          <w:tcPr>
            <w:tcW w:w="4824" w:type="dxa"/>
            <w:tcMar>
              <w:top w:w="100" w:type="dxa"/>
              <w:left w:w="120" w:type="dxa"/>
              <w:bottom w:w="100" w:type="dxa"/>
              <w:right w:w="120" w:type="dxa"/>
            </w:tcMar>
            <w:vAlign w:val="center"/>
          </w:tcPr>
          <w:p w14:paraId="6A324DD9" w14:textId="77777777" w:rsidR="0010480D" w:rsidRDefault="00000000">
            <w:r>
              <w:rPr>
                <w:sz w:val="18"/>
              </w:rPr>
              <w:t>Witness / Staff Signature</w:t>
            </w:r>
            <w:r>
              <w:rPr>
                <w:sz w:val="18"/>
              </w:rPr>
              <w:br/>
            </w:r>
            <w:r>
              <w:rPr>
                <w:sz w:val="18"/>
              </w:rPr>
              <w:br/>
              <w:t>________________________________________</w:t>
            </w:r>
          </w:p>
        </w:tc>
        <w:tc>
          <w:tcPr>
            <w:tcW w:w="4824" w:type="dxa"/>
            <w:tcMar>
              <w:top w:w="100" w:type="dxa"/>
              <w:left w:w="120" w:type="dxa"/>
              <w:bottom w:w="100" w:type="dxa"/>
              <w:right w:w="120" w:type="dxa"/>
            </w:tcMar>
            <w:vAlign w:val="center"/>
          </w:tcPr>
          <w:p w14:paraId="26E15B45" w14:textId="77777777" w:rsidR="0010480D" w:rsidRDefault="00000000">
            <w:r>
              <w:rPr>
                <w:sz w:val="18"/>
              </w:rPr>
              <w:t>Date</w:t>
            </w:r>
            <w:r>
              <w:rPr>
                <w:sz w:val="18"/>
              </w:rPr>
              <w:br/>
            </w:r>
            <w:r>
              <w:rPr>
                <w:sz w:val="18"/>
              </w:rPr>
              <w:br/>
              <w:t>________________________________________</w:t>
            </w:r>
          </w:p>
        </w:tc>
      </w:tr>
      <w:tr w:rsidR="0010480D" w14:paraId="323B77D5" w14:textId="77777777">
        <w:trPr>
          <w:jc w:val="center"/>
        </w:trPr>
        <w:tc>
          <w:tcPr>
            <w:tcW w:w="4824" w:type="dxa"/>
            <w:tcMar>
              <w:top w:w="100" w:type="dxa"/>
              <w:left w:w="120" w:type="dxa"/>
              <w:bottom w:w="100" w:type="dxa"/>
              <w:right w:w="120" w:type="dxa"/>
            </w:tcMar>
            <w:vAlign w:val="center"/>
          </w:tcPr>
          <w:p w14:paraId="2D0439AD" w14:textId="77777777" w:rsidR="0010480D" w:rsidRDefault="00000000">
            <w:r>
              <w:rPr>
                <w:sz w:val="18"/>
              </w:rPr>
              <w:t>Printed Name / Title</w:t>
            </w:r>
            <w:r>
              <w:rPr>
                <w:sz w:val="18"/>
              </w:rPr>
              <w:br/>
            </w:r>
            <w:r>
              <w:rPr>
                <w:sz w:val="18"/>
              </w:rPr>
              <w:br/>
              <w:t>________________________________________</w:t>
            </w:r>
          </w:p>
        </w:tc>
        <w:tc>
          <w:tcPr>
            <w:tcW w:w="4824" w:type="dxa"/>
            <w:tcMar>
              <w:top w:w="100" w:type="dxa"/>
              <w:left w:w="120" w:type="dxa"/>
              <w:bottom w:w="100" w:type="dxa"/>
              <w:right w:w="120" w:type="dxa"/>
            </w:tcMar>
            <w:vAlign w:val="center"/>
          </w:tcPr>
          <w:p w14:paraId="16255BB2" w14:textId="77777777" w:rsidR="0010480D" w:rsidRDefault="00000000">
            <w:r>
              <w:rPr>
                <w:sz w:val="18"/>
              </w:rPr>
              <w:t>Collection Location / Clinic</w:t>
            </w:r>
            <w:r>
              <w:rPr>
                <w:sz w:val="18"/>
              </w:rPr>
              <w:br/>
            </w:r>
            <w:r>
              <w:rPr>
                <w:sz w:val="18"/>
              </w:rPr>
              <w:br/>
              <w:t>________________________________________</w:t>
            </w:r>
          </w:p>
        </w:tc>
      </w:tr>
    </w:tbl>
    <w:p w14:paraId="2E70FAC0" w14:textId="77777777" w:rsidR="0010480D" w:rsidRDefault="0010480D"/>
    <w:p w14:paraId="3F505F75" w14:textId="77777777" w:rsidR="0010480D" w:rsidRDefault="00000000">
      <w:pPr>
        <w:jc w:val="center"/>
      </w:pPr>
      <w:r>
        <w:rPr>
          <w:i/>
          <w:sz w:val="17"/>
        </w:rPr>
        <w:t>Form: LSOG-PED-CONSENT-002  |  Rev. 04/2026</w:t>
      </w:r>
    </w:p>
    <w:sectPr w:rsidR="0010480D" w:rsidSect="00034616">
      <w:pgSz w:w="12240" w:h="15840"/>
      <w:pgMar w:top="792" w:right="1008" w:bottom="792" w:left="100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604090202050204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1666010645">
    <w:abstractNumId w:val="8"/>
  </w:num>
  <w:num w:numId="2" w16cid:durableId="148789116">
    <w:abstractNumId w:val="6"/>
  </w:num>
  <w:num w:numId="3" w16cid:durableId="518079814">
    <w:abstractNumId w:val="5"/>
  </w:num>
  <w:num w:numId="4" w16cid:durableId="403453324">
    <w:abstractNumId w:val="4"/>
  </w:num>
  <w:num w:numId="5" w16cid:durableId="657656772">
    <w:abstractNumId w:val="7"/>
  </w:num>
  <w:num w:numId="6" w16cid:durableId="1318150507">
    <w:abstractNumId w:val="3"/>
  </w:num>
  <w:num w:numId="7" w16cid:durableId="1096948769">
    <w:abstractNumId w:val="2"/>
  </w:num>
  <w:num w:numId="8" w16cid:durableId="92216298">
    <w:abstractNumId w:val="1"/>
  </w:num>
  <w:num w:numId="9" w16cid:durableId="110573201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6063C"/>
    <w:rsid w:val="000A65CC"/>
    <w:rsid w:val="0010480D"/>
    <w:rsid w:val="0015074B"/>
    <w:rsid w:val="0029639D"/>
    <w:rsid w:val="00326F90"/>
    <w:rsid w:val="006A6772"/>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10934AE"/>
  <w14:defaultImageDpi w14:val="300"/>
  <w15:docId w15:val="{97A7A240-1D2F-43CB-9554-EA1225A202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rPr>
      <w:rFonts w:ascii="Arial" w:hAnsi="Arial"/>
      <w:sz w:val="19"/>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862</Words>
  <Characters>4383</Characters>
  <Application>Microsoft Office Word</Application>
  <DocSecurity>0</DocSecurity>
  <Lines>292</Lines>
  <Paragraphs>327</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4918</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Fern Johnson</cp:lastModifiedBy>
  <cp:revision>2</cp:revision>
  <dcterms:created xsi:type="dcterms:W3CDTF">2026-04-20T21:01:00Z</dcterms:created>
  <dcterms:modified xsi:type="dcterms:W3CDTF">2026-04-20T21:01:00Z</dcterms:modified>
  <cp:category/>
</cp:coreProperties>
</file>